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Shannon Curtis</w:t>
      </w:r>
    </w:p>
    <w:p>
      <w:pPr>
        <w:jc w:val="center"/>
      </w:pPr>
      <w:r>
        <w:rPr>
          <w:b/>
        </w:rPr>
        <w:t>Frontend Software Developer</w:t>
        <w:br/>
      </w:r>
      <w:r>
        <w:t>admin@shannondcurtis.com | 704-645-0097</w:t>
        <w:br/>
      </w:r>
      <w:r>
        <w:t>www.shannondcurtis.com | github.com/tootall606-del</w:t>
      </w:r>
    </w:p>
    <w:p>
      <w:pPr>
        <w:pStyle w:val="Heading1"/>
      </w:pPr>
      <w:r>
        <w:t>Professional Summary</w:t>
      </w:r>
    </w:p>
    <w:p>
      <w:r>
        <w:t>Frontend Software Developer specializing in modern React applications, responsive user interfaces, and business-focused web solutions. Experienced designing scalable frontend architectures using React, JavaScript, Vite, Supabase, and component-driven development. Returning to professional frontend development with a strong focus on delivering polished user experiences, AI-assisted workflows, and production-quality software. Seeking remote, freelance, contract, or full-time opportunities.</w:t>
      </w:r>
    </w:p>
    <w:p>
      <w:pPr>
        <w:pStyle w:val="Heading1"/>
      </w:pPr>
      <w:r>
        <w:t>Technical Skills</w:t>
      </w:r>
    </w:p>
    <w:p>
      <w:pPr>
        <w:pStyle w:val="ListBullet"/>
      </w:pPr>
      <w:r>
        <w:t>Frontend: React, JavaScript (ES6+), HTML5, CSS3, Vite</w:t>
      </w:r>
    </w:p>
    <w:p>
      <w:pPr>
        <w:pStyle w:val="ListBullet"/>
      </w:pPr>
      <w:r>
        <w:t>UI/UX: Responsive Design, Component Architecture, Accessibility, Design Systems</w:t>
      </w:r>
    </w:p>
    <w:p>
      <w:pPr>
        <w:pStyle w:val="ListBullet"/>
      </w:pPr>
      <w:r>
        <w:t>Backend Integration: Supabase, PostgreSQL, REST APIs, Authentication, File Storage</w:t>
      </w:r>
    </w:p>
    <w:p>
      <w:pPr>
        <w:pStyle w:val="ListBullet"/>
      </w:pPr>
      <w:r>
        <w:t>Tools: Git, GitHub, VS Code, npm, Chrome DevTools, AI-Assisted Development</w:t>
      </w:r>
    </w:p>
    <w:p>
      <w:pPr>
        <w:pStyle w:val="Heading1"/>
      </w:pPr>
      <w:r>
        <w:t>Professional Experience</w:t>
      </w:r>
    </w:p>
    <w:p>
      <w:pPr>
        <w:pStyle w:val="Heading2"/>
      </w:pPr>
      <w:r>
        <w:t>Frontend Software Developer – Independent Projects</w:t>
      </w:r>
    </w:p>
    <w:p>
      <w:r>
        <w:t>Designed and developed modern business-oriented web applications with an emphasis on scalable React architecture, responsive interfaces, analytics dashboards, AI-assisted workflows, and real-time data integration.</w:t>
      </w:r>
    </w:p>
    <w:p>
      <w:pPr>
        <w:pStyle w:val="ListBullet"/>
      </w:pPr>
      <w:r>
        <w:t>Designed scalable component-based React applications.</w:t>
      </w:r>
    </w:p>
    <w:p>
      <w:pPr>
        <w:pStyle w:val="ListBullet"/>
      </w:pPr>
      <w:r>
        <w:t>Built responsive dashboards and business interfaces.</w:t>
      </w:r>
    </w:p>
    <w:p>
      <w:pPr>
        <w:pStyle w:val="ListBullet"/>
      </w:pPr>
      <w:r>
        <w:t>Integrated REST APIs and Supabase backend services.</w:t>
      </w:r>
    </w:p>
    <w:p>
      <w:pPr>
        <w:pStyle w:val="ListBullet"/>
      </w:pPr>
      <w:r>
        <w:t>Developed reusable UI components and design systems.</w:t>
      </w:r>
    </w:p>
    <w:p>
      <w:pPr>
        <w:pStyle w:val="ListBullet"/>
      </w:pPr>
      <w:r>
        <w:t>Implemented authentication, image uploads, and database integrations.</w:t>
      </w:r>
    </w:p>
    <w:p>
      <w:pPr>
        <w:pStyle w:val="ListBullet"/>
      </w:pPr>
      <w:r>
        <w:t>Built reporting dashboards, search interfaces, and workflow automation.</w:t>
      </w:r>
    </w:p>
    <w:p>
      <w:pPr>
        <w:pStyle w:val="ListBullet"/>
      </w:pPr>
      <w:r>
        <w:t>Optimized performance and user experience across large applications.</w:t>
      </w:r>
    </w:p>
    <w:p>
      <w:pPr>
        <w:pStyle w:val="Heading1"/>
      </w:pPr>
      <w:r>
        <w:t>Additional Projects</w:t>
      </w:r>
    </w:p>
    <w:p>
      <w:pPr>
        <w:pStyle w:val="ListBullet"/>
      </w:pPr>
      <w:r>
        <w:t>Professional Portfolio Website – Modern recruiter-focused React portfolio.</w:t>
      </w:r>
    </w:p>
    <w:p>
      <w:pPr>
        <w:pStyle w:val="ListBullet"/>
      </w:pPr>
      <w:r>
        <w:t>Small Business Websites – Responsive websites emphasizing performance, accessibility, SEO, and mobile-first design.</w:t>
      </w:r>
    </w:p>
    <w:p>
      <w:pPr>
        <w:pStyle w:val="Heading1"/>
      </w:pPr>
      <w:r>
        <w:t>Core Strengths</w:t>
      </w:r>
    </w:p>
    <w:p>
      <w:r>
        <w:t>Frontend Architecture, React Development, Responsive Design, Problem Solving, API Integration, UI/UX, Business Applications, Performance Optimization, Communication, Continuous Learning</w:t>
      </w:r>
    </w:p>
    <w:p>
      <w:pPr>
        <w:pStyle w:val="Heading1"/>
      </w:pPr>
      <w:r>
        <w:t>Availability</w:t>
      </w:r>
    </w:p>
    <w:p>
      <w:pPr>
        <w:pStyle w:val="ListBullet"/>
      </w:pPr>
      <w:r>
        <w:t>Remote</w:t>
      </w:r>
    </w:p>
    <w:p>
      <w:pPr>
        <w:pStyle w:val="ListBullet"/>
      </w:pPr>
      <w:r>
        <w:t>Hybrid</w:t>
      </w:r>
    </w:p>
    <w:p>
      <w:pPr>
        <w:pStyle w:val="ListBullet"/>
      </w:pPr>
      <w:r>
        <w:t>Freelance</w:t>
      </w:r>
    </w:p>
    <w:p>
      <w:pPr>
        <w:pStyle w:val="ListBullet"/>
      </w:pPr>
      <w:r>
        <w:t>Contract</w:t>
      </w:r>
    </w:p>
    <w:p>
      <w:pPr>
        <w:pStyle w:val="ListBullet"/>
      </w:pPr>
      <w:r>
        <w:t>Full-Time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